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972800" cy="164592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2024669</wp:posOffset>
            </wp:positionH>
            <wp:positionV relativeFrom="page">
              <wp:posOffset>2271712</wp:posOffset>
            </wp:positionV>
            <wp:extent cx="6923460" cy="654558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23460" cy="65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91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E8364F"/>
                            <w:spacing w:val="180"/>
                            <w:sz w:val="79"/>
                          </w:rPr>
                          <w:t xml:space="preserve">[SCHOOL NAME]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368837</wp:posOffset>
            </wp:positionH>
            <wp:positionV relativeFrom="page">
              <wp:posOffset>3144172</wp:posOffset>
            </wp:positionV>
            <wp:extent cx="10361107" cy="3116580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61107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394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1D2A5B"/>
                            <w:sz w:val="252"/>
                          </w:rPr>
                          <w:t xml:space="preserve">WELCOME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color w:val="FF7A3D"/>
                            <w:sz w:val="252"/>
                          </w:rPr>
                          <w:t xml:space="preserve">BACK!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1369537</wp:posOffset>
            </wp:positionH>
            <wp:positionV relativeFrom="page">
              <wp:posOffset>6441578</wp:posOffset>
            </wp:positionV>
            <wp:extent cx="8233651" cy="1653540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33651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42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1D2A5B"/>
                            <w:sz w:val="108"/>
                          </w:rPr>
                          <w:t xml:space="preserve">We're so glad you're here.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1248659</wp:posOffset>
            </wp:positionH>
            <wp:positionV relativeFrom="page">
              <wp:posOffset>9232284</wp:posOffset>
            </wp:positionV>
            <wp:extent cx="8475407" cy="2407920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75407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24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444444"/>
                            <w:sz w:val="72"/>
                          </w:rPr>
                          <w:t xml:space="preserve">First Day: [Date]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444444"/>
                            <w:sz w:val="72"/>
                          </w:rPr>
                          <w:t xml:space="preserve">Room [Room #] · [Teacher Name]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444444"/>
                            <w:sz w:val="72"/>
                          </w:rPr>
                          <w:t xml:space="preserve">Go [Mascot]!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1692577</wp:posOffset>
            </wp:positionH>
            <wp:positionV relativeFrom="page">
              <wp:posOffset>12224816</wp:posOffset>
            </wp:positionV>
            <wp:extent cx="7587644" cy="1653540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7644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84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E8364F"/>
                            <w:spacing w:val="576"/>
                            <w:sz w:val="216"/>
                          </w:rPr>
                          <w:t xml:space="preserve">✎ ★ ✐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17280" w:h="2592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