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 xmlns:a="http://schemas.openxmlformats.org/drawingml/2006/main" xmlns:pic="http://schemas.openxmlformats.org/drawingml/2006/picture">
        <w:drawing>
          <wp:anchor distT="0" distB="0" distL="0" distR="0" simplePos="0" relativeHeight="10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1945600" cy="32918400"/>
            <wp:effectExtent l="0" t="0" r="0" b="0"/>
            <wp:wrapNone/>
            <wp:docPr id="1" name="Background"/>
            <wp:cNvGraphicFramePr/>
            <a:graphic>
              <a:graphicData uri="http://schemas.openxmlformats.org/drawingml/2006/picture">
                <pic:pic>
                  <pic:nvPicPr>
                    <pic:cNvPr id="0" name="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0" cy="3291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4049339</wp:posOffset>
            </wp:positionH>
            <wp:positionV relativeFrom="page">
              <wp:posOffset>4543425</wp:posOffset>
            </wp:positionV>
            <wp:extent cx="13846921" cy="1309116"/>
            <wp:effectExtent l="0" t="0" r="0" b="0"/>
            <wp:wrapNone/>
            <wp:docPr id="2" name="Text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46921" cy="130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821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E8364F"/>
                            <w:spacing w:val="360"/>
                            <w:sz w:val="158"/>
                          </w:rPr>
                          <w:t xml:space="preserve">[SCHOOL NAME]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737675</wp:posOffset>
            </wp:positionH>
            <wp:positionV relativeFrom="page">
              <wp:posOffset>6288345</wp:posOffset>
            </wp:positionV>
            <wp:extent cx="20722214" cy="6233160"/>
            <wp:effectExtent l="0" t="0" r="0" b="0"/>
            <wp:wrapNone/>
            <wp:docPr id="3" name="Text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722214" cy="623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4788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1D2A5B"/>
                            <w:sz w:val="504"/>
                          </w:rPr>
                          <w:t xml:space="preserve">WELCOME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b/>
                            <w:color w:val="FF7A3D"/>
                            <w:sz w:val="504"/>
                          </w:rPr>
                          <w:t xml:space="preserve">BACK!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2739074</wp:posOffset>
            </wp:positionH>
            <wp:positionV relativeFrom="page">
              <wp:posOffset>12883157</wp:posOffset>
            </wp:positionV>
            <wp:extent cx="16467302" cy="3307080"/>
            <wp:effectExtent l="0" t="0" r="0" b="0"/>
            <wp:wrapNone/>
            <wp:docPr id="4" name="Text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67302" cy="33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84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1D2A5B"/>
                            <w:sz w:val="216"/>
                          </w:rPr>
                          <w:t xml:space="preserve">We're so glad you're here.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2497318</wp:posOffset>
            </wp:positionH>
            <wp:positionV relativeFrom="page">
              <wp:posOffset>18464569</wp:posOffset>
            </wp:positionV>
            <wp:extent cx="16950815" cy="4815840"/>
            <wp:effectExtent l="0" t="0" r="0" b="0"/>
            <wp:wrapNone/>
            <wp:docPr id="5" name="Text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50815" cy="481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48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444444"/>
                            <w:sz w:val="144"/>
                          </w:rPr>
                          <w:t xml:space="preserve">First Day: [Date]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color w:val="444444"/>
                            <w:sz w:val="144"/>
                          </w:rPr>
                          <w:t xml:space="preserve">Room [Room #] · [Teacher Name]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color w:val="444444"/>
                            <w:sz w:val="144"/>
                          </w:rPr>
                          <w:t xml:space="preserve">Go [Mascot]!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3385155</wp:posOffset>
            </wp:positionH>
            <wp:positionV relativeFrom="page">
              <wp:posOffset>24449633</wp:posOffset>
            </wp:positionV>
            <wp:extent cx="15175289" cy="3307080"/>
            <wp:effectExtent l="0" t="0" r="0" b="0"/>
            <wp:wrapNone/>
            <wp:docPr id="6" name="Text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5289" cy="33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4968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E8364F"/>
                            <w:spacing w:val="1152"/>
                            <w:sz w:val="432"/>
                          </w:rPr>
                          <w:t xml:space="preserve">✎ ★ ✐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</w:p>
    <w:sectPr w:rsidR="00FC693F" w:rsidRPr="0006063C" w:rsidSect="00034616">
      <w:pgSz w:w="34560" w:h="51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