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 xmlns:a="http://schemas.openxmlformats.org/drawingml/2006/main" xmlns:pic="http://schemas.openxmlformats.org/drawingml/2006/picture">
        <w:drawing>
          <wp:anchor distT="0" distB="0" distL="0" distR="0" simplePos="0" relativeHeight="100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972800" cy="16459200"/>
            <wp:effectExtent l="0" t="0" r="0" b="0"/>
            <wp:wrapNone/>
            <wp:docPr id="1" name="Background"/>
            <wp:cNvGraphicFramePr/>
            <a:graphic>
              <a:graphicData uri="http://schemas.openxmlformats.org/drawingml/2006/picture">
                <pic:pic>
                  <pic:nvPicPr>
                    <pic:cNvPr id="0" name="b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0" cy="1645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1886083</wp:posOffset>
            </wp:positionH>
            <wp:positionV relativeFrom="page">
              <wp:posOffset>919162</wp:posOffset>
            </wp:positionV>
            <wp:extent cx="7200557" cy="5754624"/>
            <wp:effectExtent l="0" t="0" r="0" b="0"/>
            <wp:wrapNone/>
            <wp:docPr id="2" name="Text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00557" cy="5754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980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color w:val="FFFFFF"/>
                            <w:spacing w:val="72"/>
                            <w:sz w:val="259"/>
                          </w:rPr>
                          <w:t xml:space="preserve">OUR CLASS RULES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825123</wp:posOffset>
            </wp:positionH>
            <wp:positionV relativeFrom="page">
              <wp:posOffset>6572250</wp:posOffset>
            </wp:positionV>
            <wp:extent cx="9322477" cy="654558"/>
            <wp:effectExtent l="0" t="0" r="0" b="0"/>
            <wp:wrapNone/>
            <wp:docPr id="3" name="Text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322477" cy="654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910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color w:val="FFFFFF"/>
                            <w:sz w:val="79"/>
                          </w:rPr>
                          <w:t xml:space="preserve">[Teacher Name] · Room [Room #]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1030932</wp:posOffset>
            </wp:positionH>
            <wp:positionV relativeFrom="page">
              <wp:posOffset>8422406</wp:posOffset>
            </wp:positionV>
            <wp:extent cx="787821" cy="917447"/>
            <wp:effectExtent l="0" t="0" r="0" b="0"/>
            <wp:wrapNone/>
            <wp:docPr id="4" name="Text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7821" cy="917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1324" w:lineRule="exact"/>
                          <w:jc w:val="left"/>
                        </w:pPr>
                        <w:r>
                          <w:rPr>
                            <w:rFonts w:ascii="Arial" w:hAnsi="Arial" w:cs="Arial"/>
                            <w:b/>
                            <w:color w:val="FFFFFF"/>
                            <w:sz w:val="115"/>
                          </w:rPr>
                          <w:t xml:space="preserve">1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2194470</wp:posOffset>
            </wp:positionH>
            <wp:positionV relativeFrom="page">
              <wp:posOffset>8296200</wp:posOffset>
            </wp:positionV>
            <wp:extent cx="5103551" cy="1495806"/>
            <wp:effectExtent l="0" t="0" r="0" b="0"/>
            <wp:wrapNone/>
            <wp:docPr id="5" name="Text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03551" cy="1495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1117" w:lineRule="exact"/>
                          <w:jc w:val="left"/>
                        </w:pPr>
                        <w:r>
                          <w:rPr>
                            <w:rFonts w:ascii="Arial" w:hAnsi="Arial" w:cs="Arial"/>
                            <w:b/>
                            <w:color w:val="1F2937"/>
                            <w:sz w:val="97"/>
                          </w:rPr>
                          <w:t xml:space="preserve">Be Respectful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2194470</wp:posOffset>
            </wp:positionH>
            <wp:positionV relativeFrom="page">
              <wp:posOffset>8996288</wp:posOffset>
            </wp:positionV>
            <wp:extent cx="4940043" cy="470534"/>
            <wp:effectExtent l="0" t="0" r="0" b="0"/>
            <wp:wrapNone/>
            <wp:docPr id="6" name="Text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40043" cy="470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621" w:lineRule="exact"/>
                          <w:jc w:val="left"/>
                        </w:pPr>
                        <w:r>
                          <w:rPr>
                            <w:rFonts w:ascii="Arial" w:hAnsi="Arial" w:cs="Arial"/>
                            <w:color w:val="555555"/>
                            <w:sz w:val="54"/>
                          </w:rPr>
                          <w:t xml:space="preserve">Listen when others speak.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1030932</wp:posOffset>
            </wp:positionH>
            <wp:positionV relativeFrom="page">
              <wp:posOffset>9769226</wp:posOffset>
            </wp:positionV>
            <wp:extent cx="787821" cy="917447"/>
            <wp:effectExtent l="0" t="0" r="0" b="0"/>
            <wp:wrapNone/>
            <wp:docPr id="7" name="Text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7821" cy="917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1324" w:lineRule="exact"/>
                          <w:jc w:val="left"/>
                        </w:pPr>
                        <w:r>
                          <w:rPr>
                            <w:rFonts w:ascii="Arial" w:hAnsi="Arial" w:cs="Arial"/>
                            <w:b/>
                            <w:color w:val="FFFFFF"/>
                            <w:sz w:val="115"/>
                          </w:rPr>
                          <w:t xml:space="preserve">2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2194470</wp:posOffset>
            </wp:positionH>
            <wp:positionV relativeFrom="page">
              <wp:posOffset>9643020</wp:posOffset>
            </wp:positionV>
            <wp:extent cx="5741437" cy="1495806"/>
            <wp:effectExtent l="0" t="0" r="0" b="0"/>
            <wp:wrapNone/>
            <wp:docPr id="8" name="Text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41437" cy="1495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1117" w:lineRule="exact"/>
                          <w:jc w:val="left"/>
                        </w:pPr>
                        <w:r>
                          <w:rPr>
                            <w:rFonts w:ascii="Arial" w:hAnsi="Arial" w:cs="Arial"/>
                            <w:b/>
                            <w:color w:val="1F2937"/>
                            <w:sz w:val="97"/>
                          </w:rPr>
                          <w:t xml:space="preserve">Be Responsible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2194470</wp:posOffset>
            </wp:positionH>
            <wp:positionV relativeFrom="page">
              <wp:posOffset>10343108</wp:posOffset>
            </wp:positionV>
            <wp:extent cx="3970433" cy="470534"/>
            <wp:effectExtent l="0" t="0" r="0" b="0"/>
            <wp:wrapNone/>
            <wp:docPr id="9" name="Text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70433" cy="470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621" w:lineRule="exact"/>
                          <w:jc w:val="left"/>
                        </w:pPr>
                        <w:r>
                          <w:rPr>
                            <w:rFonts w:ascii="Arial" w:hAnsi="Arial" w:cs="Arial"/>
                            <w:color w:val="555555"/>
                            <w:sz w:val="54"/>
                          </w:rPr>
                          <w:t xml:space="preserve">Come ready to learn.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1030932</wp:posOffset>
            </wp:positionH>
            <wp:positionV relativeFrom="page">
              <wp:posOffset>11116047</wp:posOffset>
            </wp:positionV>
            <wp:extent cx="787821" cy="917447"/>
            <wp:effectExtent l="0" t="0" r="0" b="0"/>
            <wp:wrapNone/>
            <wp:docPr id="10" name="Text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7821" cy="917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1324" w:lineRule="exact"/>
                          <w:jc w:val="left"/>
                        </w:pPr>
                        <w:r>
                          <w:rPr>
                            <w:rFonts w:ascii="Arial" w:hAnsi="Arial" w:cs="Arial"/>
                            <w:b/>
                            <w:color w:val="FFFFFF"/>
                            <w:sz w:val="115"/>
                          </w:rPr>
                          <w:t xml:space="preserve">3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2194470</wp:posOffset>
            </wp:positionH>
            <wp:positionV relativeFrom="page">
              <wp:posOffset>10989840</wp:posOffset>
            </wp:positionV>
            <wp:extent cx="5601920" cy="1495806"/>
            <wp:effectExtent l="0" t="0" r="0" b="0"/>
            <wp:wrapNone/>
            <wp:docPr id="11" name="Text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01920" cy="1495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1117" w:lineRule="exact"/>
                          <w:jc w:val="left"/>
                        </w:pPr>
                        <w:r>
                          <w:rPr>
                            <w:rFonts w:ascii="Arial" w:hAnsi="Arial" w:cs="Arial"/>
                            <w:b/>
                            <w:color w:val="1F2937"/>
                            <w:sz w:val="97"/>
                          </w:rPr>
                          <w:t xml:space="preserve">Be Kind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2194470</wp:posOffset>
            </wp:positionH>
            <wp:positionV relativeFrom="page">
              <wp:posOffset>11689928</wp:posOffset>
            </wp:positionV>
            <wp:extent cx="5601920" cy="470534"/>
            <wp:effectExtent l="0" t="0" r="0" b="0"/>
            <wp:wrapNone/>
            <wp:docPr id="12" name="Text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601920" cy="470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621" w:lineRule="exact"/>
                          <w:jc w:val="left"/>
                        </w:pPr>
                        <w:r>
                          <w:rPr>
                            <w:rFonts w:ascii="Arial" w:hAnsi="Arial" w:cs="Arial"/>
                            <w:color w:val="555555"/>
                            <w:sz w:val="54"/>
                          </w:rPr>
                          <w:t xml:space="preserve">Use helpful words and hands.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1030932</wp:posOffset>
            </wp:positionH>
            <wp:positionV relativeFrom="page">
              <wp:posOffset>12462867</wp:posOffset>
            </wp:positionV>
            <wp:extent cx="787821" cy="917447"/>
            <wp:effectExtent l="0" t="0" r="0" b="0"/>
            <wp:wrapNone/>
            <wp:docPr id="13" name="Text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7821" cy="917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1324" w:lineRule="exact"/>
                          <w:jc w:val="left"/>
                        </w:pPr>
                        <w:r>
                          <w:rPr>
                            <w:rFonts w:ascii="Arial" w:hAnsi="Arial" w:cs="Arial"/>
                            <w:b/>
                            <w:color w:val="FFFFFF"/>
                            <w:sz w:val="115"/>
                          </w:rPr>
                          <w:t xml:space="preserve">4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2194470</wp:posOffset>
            </wp:positionH>
            <wp:positionV relativeFrom="page">
              <wp:posOffset>12336660</wp:posOffset>
            </wp:positionV>
            <wp:extent cx="4776903" cy="1495806"/>
            <wp:effectExtent l="0" t="0" r="0" b="0"/>
            <wp:wrapNone/>
            <wp:docPr id="14" name="Text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76903" cy="1495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1117" w:lineRule="exact"/>
                          <w:jc w:val="left"/>
                        </w:pPr>
                        <w:r>
                          <w:rPr>
                            <w:rFonts w:ascii="Arial" w:hAnsi="Arial" w:cs="Arial"/>
                            <w:b/>
                            <w:color w:val="1F2937"/>
                            <w:sz w:val="97"/>
                          </w:rPr>
                          <w:t xml:space="preserve">Do Your Best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2194470</wp:posOffset>
            </wp:positionH>
            <wp:positionV relativeFrom="page">
              <wp:posOffset>13036748</wp:posOffset>
            </wp:positionV>
            <wp:extent cx="4301234" cy="470534"/>
            <wp:effectExtent l="0" t="0" r="0" b="0"/>
            <wp:wrapNone/>
            <wp:docPr id="15" name="Text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1234" cy="470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621" w:lineRule="exact"/>
                          <w:jc w:val="left"/>
                        </w:pPr>
                        <w:r>
                          <w:rPr>
                            <w:rFonts w:ascii="Arial" w:hAnsi="Arial" w:cs="Arial"/>
                            <w:color w:val="555555"/>
                            <w:sz w:val="54"/>
                          </w:rPr>
                          <w:t xml:space="preserve">Mistakes help us grow.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1030932</wp:posOffset>
            </wp:positionH>
            <wp:positionV relativeFrom="page">
              <wp:posOffset>13809687</wp:posOffset>
            </wp:positionV>
            <wp:extent cx="787821" cy="917447"/>
            <wp:effectExtent l="0" t="0" r="0" b="0"/>
            <wp:wrapNone/>
            <wp:docPr id="16" name="Text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7821" cy="917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1324" w:lineRule="exact"/>
                          <w:jc w:val="left"/>
                        </w:pPr>
                        <w:r>
                          <w:rPr>
                            <w:rFonts w:ascii="Arial" w:hAnsi="Arial" w:cs="Arial"/>
                            <w:b/>
                            <w:color w:val="FFFFFF"/>
                            <w:sz w:val="115"/>
                          </w:rPr>
                          <w:t xml:space="preserve">5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2194470</wp:posOffset>
            </wp:positionH>
            <wp:positionV relativeFrom="page">
              <wp:posOffset>13683481</wp:posOffset>
            </wp:positionV>
            <wp:extent cx="5981717" cy="1495806"/>
            <wp:effectExtent l="0" t="0" r="0" b="0"/>
            <wp:wrapNone/>
            <wp:docPr id="17" name="Text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81717" cy="1495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1117" w:lineRule="exact"/>
                          <w:jc w:val="left"/>
                        </w:pPr>
                        <w:r>
                          <w:rPr>
                            <w:rFonts w:ascii="Arial" w:hAnsi="Arial" w:cs="Arial"/>
                            <w:b/>
                            <w:color w:val="1F2937"/>
                            <w:sz w:val="97"/>
                          </w:rPr>
                          <w:t xml:space="preserve">[Your Rule Here]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2194470</wp:posOffset>
            </wp:positionH>
            <wp:positionV relativeFrom="page">
              <wp:posOffset>14383568</wp:posOffset>
            </wp:positionV>
            <wp:extent cx="4301418" cy="470534"/>
            <wp:effectExtent l="0" t="0" r="0" b="0"/>
            <wp:wrapNone/>
            <wp:docPr id="18" name="Text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01418" cy="470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621" w:lineRule="exact"/>
                          <w:jc w:val="left"/>
                        </w:pPr>
                        <w:r>
                          <w:rPr>
                            <w:rFonts w:ascii="Arial" w:hAnsi="Arial" w:cs="Arial"/>
                            <w:color w:val="555555"/>
                            <w:sz w:val="54"/>
                          </w:rPr>
                          <w:t xml:space="preserve">[Add a short reminder.]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562873</wp:posOffset>
            </wp:positionH>
            <wp:positionV relativeFrom="page">
              <wp:posOffset>15509602</wp:posOffset>
            </wp:positionV>
            <wp:extent cx="9847052" cy="601980"/>
            <wp:effectExtent l="0" t="0" r="0" b="0"/>
            <wp:wrapNone/>
            <wp:docPr id="19" name="Text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847052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828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color w:val="1F2937"/>
                            <w:sz w:val="72"/>
                          </w:rPr>
                          <w:t xml:space="preserve">[SCHOOL NAME] · WE ARE A TEAM!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</w:p>
    <w:sectPr w:rsidR="00FC693F" w:rsidRPr="0006063C" w:rsidSect="00034616">
      <w:pgSz w:w="17280" w:h="2592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