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945600" cy="329184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0" cy="3291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3772167</wp:posOffset>
            </wp:positionH>
            <wp:positionV relativeFrom="page">
              <wp:posOffset>1838324</wp:posOffset>
            </wp:positionV>
            <wp:extent cx="14401115" cy="11509248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115" cy="1150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5961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pacing w:val="144"/>
                            <w:sz w:val="518"/>
                          </w:rPr>
                          <w:t xml:space="preserve">OUR CLASS RULES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1650247</wp:posOffset>
            </wp:positionH>
            <wp:positionV relativeFrom="page">
              <wp:posOffset>13144500</wp:posOffset>
            </wp:positionV>
            <wp:extent cx="18644955" cy="1309116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644955" cy="130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821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58"/>
                          </w:rPr>
                          <w:t xml:space="preserve">[Teacher Name] · Room [Room #]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2061864</wp:posOffset>
            </wp:positionH>
            <wp:positionV relativeFrom="page">
              <wp:posOffset>16844813</wp:posOffset>
            </wp:positionV>
            <wp:extent cx="1575643" cy="1834895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5643" cy="18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649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30"/>
                          </w:rPr>
                          <w:t xml:space="preserve">1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16592401</wp:posOffset>
            </wp:positionV>
            <wp:extent cx="10207103" cy="2991612"/>
            <wp:effectExtent l="0" t="0" r="0" b="0"/>
            <wp:wrapNone/>
            <wp:docPr id="5" name="Text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7103" cy="299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235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194"/>
                          </w:rPr>
                          <w:t xml:space="preserve">Be Respectful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17992576</wp:posOffset>
            </wp:positionV>
            <wp:extent cx="9880086" cy="941069"/>
            <wp:effectExtent l="0" t="0" r="0" b="0"/>
            <wp:wrapNone/>
            <wp:docPr id="6" name="Text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80086" cy="94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42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108"/>
                          </w:rPr>
                          <w:t xml:space="preserve">Listen when others speak.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2061864</wp:posOffset>
            </wp:positionH>
            <wp:positionV relativeFrom="page">
              <wp:posOffset>19538453</wp:posOffset>
            </wp:positionV>
            <wp:extent cx="1575643" cy="1834895"/>
            <wp:effectExtent l="0" t="0" r="0" b="0"/>
            <wp:wrapNone/>
            <wp:docPr id="7" name="Text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5643" cy="18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649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30"/>
                          </w:rPr>
                          <w:t xml:space="preserve">2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19286041</wp:posOffset>
            </wp:positionV>
            <wp:extent cx="11482875" cy="2991612"/>
            <wp:effectExtent l="0" t="0" r="0" b="0"/>
            <wp:wrapNone/>
            <wp:docPr id="8" name="Text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2875" cy="299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235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194"/>
                          </w:rPr>
                          <w:t xml:space="preserve">Be Responsible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20686216</wp:posOffset>
            </wp:positionV>
            <wp:extent cx="7940867" cy="941069"/>
            <wp:effectExtent l="0" t="0" r="0" b="0"/>
            <wp:wrapNone/>
            <wp:docPr id="9" name="Text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40867" cy="94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42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108"/>
                          </w:rPr>
                          <w:t xml:space="preserve">Come ready to learn.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2061864</wp:posOffset>
            </wp:positionH>
            <wp:positionV relativeFrom="page">
              <wp:posOffset>22232094</wp:posOffset>
            </wp:positionV>
            <wp:extent cx="1575643" cy="1834895"/>
            <wp:effectExtent l="0" t="0" r="0" b="0"/>
            <wp:wrapNone/>
            <wp:docPr id="10" name="Text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5643" cy="18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649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30"/>
                          </w:rPr>
                          <w:t xml:space="preserve">3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21979681</wp:posOffset>
            </wp:positionV>
            <wp:extent cx="11203840" cy="2991612"/>
            <wp:effectExtent l="0" t="0" r="0" b="0"/>
            <wp:wrapNone/>
            <wp:docPr id="11" name="Text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03840" cy="299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235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194"/>
                          </w:rPr>
                          <w:t xml:space="preserve">Be Kind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23379856</wp:posOffset>
            </wp:positionV>
            <wp:extent cx="11203840" cy="941069"/>
            <wp:effectExtent l="0" t="0" r="0" b="0"/>
            <wp:wrapNone/>
            <wp:docPr id="12" name="Text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03840" cy="94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42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108"/>
                          </w:rPr>
                          <w:t xml:space="preserve">Use helpful words and hands.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2061864</wp:posOffset>
            </wp:positionH>
            <wp:positionV relativeFrom="page">
              <wp:posOffset>24925734</wp:posOffset>
            </wp:positionV>
            <wp:extent cx="1575643" cy="1834895"/>
            <wp:effectExtent l="0" t="0" r="0" b="0"/>
            <wp:wrapNone/>
            <wp:docPr id="13" name="Text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5643" cy="18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649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30"/>
                          </w:rPr>
                          <w:t xml:space="preserve">4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24673321</wp:posOffset>
            </wp:positionV>
            <wp:extent cx="9553807" cy="2991612"/>
            <wp:effectExtent l="0" t="0" r="0" b="0"/>
            <wp:wrapNone/>
            <wp:docPr id="14" name="Text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53807" cy="299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235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194"/>
                          </w:rPr>
                          <w:t xml:space="preserve">Do Your Best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26073496</wp:posOffset>
            </wp:positionV>
            <wp:extent cx="8602468" cy="941069"/>
            <wp:effectExtent l="0" t="0" r="0" b="0"/>
            <wp:wrapNone/>
            <wp:docPr id="15" name="Text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02468" cy="94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42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108"/>
                          </w:rPr>
                          <w:t xml:space="preserve">Mistakes help us grow.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2061864</wp:posOffset>
            </wp:positionH>
            <wp:positionV relativeFrom="page">
              <wp:posOffset>27619374</wp:posOffset>
            </wp:positionV>
            <wp:extent cx="1575643" cy="1834895"/>
            <wp:effectExtent l="0" t="0" r="0" b="0"/>
            <wp:wrapNone/>
            <wp:docPr id="16" name="Text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5643" cy="18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649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30"/>
                          </w:rPr>
                          <w:t xml:space="preserve">5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27366962</wp:posOffset>
            </wp:positionV>
            <wp:extent cx="11963435" cy="2991612"/>
            <wp:effectExtent l="0" t="0" r="0" b="0"/>
            <wp:wrapNone/>
            <wp:docPr id="17" name="Text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63435" cy="299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235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194"/>
                          </w:rPr>
                          <w:t xml:space="preserve">[Your Rule Here]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4388941</wp:posOffset>
            </wp:positionH>
            <wp:positionV relativeFrom="page">
              <wp:posOffset>28767137</wp:posOffset>
            </wp:positionV>
            <wp:extent cx="8602837" cy="941069"/>
            <wp:effectExtent l="0" t="0" r="0" b="0"/>
            <wp:wrapNone/>
            <wp:docPr id="18" name="Text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02837" cy="94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42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108"/>
                          </w:rPr>
                          <w:t xml:space="preserve">[Add a short reminder.]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1125747</wp:posOffset>
            </wp:positionH>
            <wp:positionV relativeFrom="page">
              <wp:posOffset>31019204</wp:posOffset>
            </wp:positionV>
            <wp:extent cx="19694104" cy="1203960"/>
            <wp:effectExtent l="0" t="0" r="0" b="0"/>
            <wp:wrapNone/>
            <wp:docPr id="19" name="Text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94104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656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144"/>
                          </w:rPr>
                          <w:t xml:space="preserve">[SCHOOL NAME] · WE ARE A TEAM!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34560" w:h="51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