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 xmlns:a="http://schemas.openxmlformats.org/drawingml/2006/main" xmlns:pic="http://schemas.openxmlformats.org/drawingml/2006/picture">
        <w:drawing>
          <wp:anchor distT="0" distB="0" distL="0" distR="0" simplePos="0" relativeHeight="100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972800" cy="16459200"/>
            <wp:effectExtent l="0" t="0" r="0" b="0"/>
            <wp:wrapNone/>
            <wp:docPr id="1" name="Background"/>
            <wp:cNvGraphicFramePr/>
            <a:graphic>
              <a:graphicData uri="http://schemas.openxmlformats.org/drawingml/2006/picture">
                <pic:pic>
                  <pic:nvPicPr>
                    <pic:cNvPr id="0" name="b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1645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1425353</wp:posOffset>
            </wp:positionH>
            <wp:positionV relativeFrom="page">
              <wp:posOffset>2867025</wp:posOffset>
            </wp:positionV>
            <wp:extent cx="8122092" cy="1338071"/>
            <wp:effectExtent l="0" t="0" r="0" b="0"/>
            <wp:wrapNone/>
            <wp:docPr id="2" name="Text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22092" cy="1338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993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color w:val="FFD100"/>
                            <w:spacing w:val="252"/>
                            <w:sz w:val="86"/>
                          </w:rPr>
                          <w:t xml:space="preserve">[SCHOOL NAME] [MASCOT]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894236</wp:posOffset>
            </wp:positionH>
            <wp:positionV relativeFrom="page">
              <wp:posOffset>4517502</wp:posOffset>
            </wp:positionV>
            <wp:extent cx="9184252" cy="4273296"/>
            <wp:effectExtent l="0" t="0" r="0" b="0"/>
            <wp:wrapNone/>
            <wp:docPr id="3" name="Text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84252" cy="4273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304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i/>
                            <w:color w:val="FFFFFF"/>
                            <w:sz w:val="389"/>
                          </w:rPr>
                          <w:t xml:space="preserve">GAME</w:t>
                        </w:r>
                        <w:r>
                          <w:br/>
                        </w:r>
                        <w:r>
                          <w:rPr>
                            <w:rFonts w:ascii="Arial" w:hAnsi="Arial" w:cs="Arial"/>
                            <w:b/>
                            <w:i/>
                            <w:color w:val="C8102E"/>
                            <w:sz w:val="389"/>
                          </w:rPr>
                          <w:t xml:space="preserve">DAY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1927321</wp:posOffset>
            </wp:positionH>
            <wp:positionV relativeFrom="page">
              <wp:posOffset>9057679</wp:posOffset>
            </wp:positionV>
            <wp:extent cx="7118157" cy="2179320"/>
            <wp:effectExtent l="0" t="0" r="0" b="0"/>
            <wp:wrapNone/>
            <wp:docPr id="4" name="Text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8157" cy="217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1656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144"/>
                          </w:rPr>
                          <w:t xml:space="preserve">HOME </w:t>
                        </w:r>
                        <w:r>
                          <w:rPr>
                            <w:rFonts w:ascii="Arial" w:hAnsi="Arial" w:cs="Arial"/>
                            <w:b/>
                            <w:color w:val="FFD100"/>
                            <w:sz w:val="144"/>
                          </w:rPr>
                          <w:t xml:space="preserve">VS</w:t>
                        </w: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144"/>
                          </w:rPr>
                          <w:t xml:space="preserve"> [OPPONENT]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2800966</wp:posOffset>
            </wp:positionH>
            <wp:positionV relativeFrom="page">
              <wp:posOffset>11610189</wp:posOffset>
            </wp:positionV>
            <wp:extent cx="5370867" cy="1786128"/>
            <wp:effectExtent l="0" t="0" r="0" b="0"/>
            <wp:wrapNone/>
            <wp:docPr id="5" name="Text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70867" cy="1786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1346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color w:val="DDDDDD"/>
                            <w:sz w:val="79"/>
                          </w:rPr>
                          <w:t xml:space="preserve">[Date] · [Time]</w:t>
                        </w:r>
                        <w:r>
                          <w:br/>
                        </w:r>
                        <w:r>
                          <w:rPr>
                            <w:rFonts w:ascii="Arial" w:hAnsi="Arial" w:cs="Arial"/>
                            <w:color w:val="DDDDDD"/>
                            <w:sz w:val="79"/>
                          </w:rPr>
                          <w:t xml:space="preserve">[Field / Gym Name]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2559117</wp:posOffset>
            </wp:positionH>
            <wp:positionV relativeFrom="page">
              <wp:posOffset>14102060</wp:posOffset>
            </wp:positionV>
            <wp:extent cx="5854565" cy="1443227"/>
            <wp:effectExtent l="0" t="0" r="0" b="0"/>
            <wp:wrapNone/>
            <wp:docPr id="6" name="Text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54565" cy="1443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1076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color w:val="0B0B14"/>
                            <w:sz w:val="94"/>
                          </w:rPr>
                          <w:t xml:space="preserve">WEAR [SCHOOL COLORS]!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</w:p>
    <w:sectPr w:rsidR="00FC693F" w:rsidRPr="0006063C" w:rsidSect="00034616">
      <w:pgSz w:w="17280" w:h="2592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