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945600" cy="329184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2850707</wp:posOffset>
            </wp:positionH>
            <wp:positionV relativeFrom="page">
              <wp:posOffset>5734050</wp:posOffset>
            </wp:positionV>
            <wp:extent cx="16244185" cy="2676143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44185" cy="267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987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D100"/>
                            <w:spacing w:val="504"/>
                            <w:sz w:val="173"/>
                          </w:rPr>
                          <w:t xml:space="preserve">[SCHOOL NAME] [MASCOT]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1788473</wp:posOffset>
            </wp:positionH>
            <wp:positionV relativeFrom="page">
              <wp:posOffset>9035004</wp:posOffset>
            </wp:positionV>
            <wp:extent cx="18368504" cy="8546592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8504" cy="854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609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color w:val="FFFFFF"/>
                            <w:sz w:val="778"/>
                          </w:rPr>
                          <w:t xml:space="preserve">GAME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C8102E"/>
                            <w:sz w:val="778"/>
                          </w:rPr>
                          <w:t xml:space="preserve">DAY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3854642</wp:posOffset>
            </wp:positionH>
            <wp:positionV relativeFrom="page">
              <wp:posOffset>18115359</wp:posOffset>
            </wp:positionV>
            <wp:extent cx="14236315" cy="4358640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36315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312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88"/>
                          </w:rPr>
                          <w:t xml:space="preserve">HOME </w:t>
                        </w:r>
                        <w:r>
                          <w:rPr>
                            <w:rFonts w:ascii="Arial" w:hAnsi="Arial" w:cs="Arial"/>
                            <w:b/>
                            <w:color w:val="FFD100"/>
                            <w:sz w:val="288"/>
                          </w:rPr>
                          <w:t xml:space="preserve">VS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88"/>
                          </w:rPr>
                          <w:t xml:space="preserve"> [OPPONENT]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5601932</wp:posOffset>
            </wp:positionH>
            <wp:positionV relativeFrom="page">
              <wp:posOffset>23220378</wp:posOffset>
            </wp:positionV>
            <wp:extent cx="10741735" cy="3572256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1735" cy="357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92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DDDDDD"/>
                            <w:sz w:val="158"/>
                          </w:rPr>
                          <w:t xml:space="preserve">[Date] · [Time]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DDDDDD"/>
                            <w:sz w:val="158"/>
                          </w:rPr>
                          <w:t xml:space="preserve">[Field / Gym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5118234</wp:posOffset>
            </wp:positionH>
            <wp:positionV relativeFrom="page">
              <wp:posOffset>28204120</wp:posOffset>
            </wp:positionV>
            <wp:extent cx="11709130" cy="2886455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09130" cy="28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152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0B0B14"/>
                            <w:sz w:val="187"/>
                          </w:rPr>
                          <w:t xml:space="preserve">WEAR [SCHOOL COLORS]!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34560" w:h="51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