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 xmlns:a="http://schemas.openxmlformats.org/drawingml/2006/main" xmlns:pic="http://schemas.openxmlformats.org/drawingml/2006/picture">
        <w:drawing>
          <wp:anchor distT="0" distB="0" distL="0" distR="0" simplePos="0" relativeHeight="10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972800" cy="16459200"/>
            <wp:effectExtent l="0" t="0" r="0" b="0"/>
            <wp:wrapNone/>
            <wp:docPr id="1" name="Background"/>
            <wp:cNvGraphicFramePr/>
            <a:graphic>
              <a:graphicData uri="http://schemas.openxmlformats.org/drawingml/2006/picture">
                <pic:pic>
                  <pic:nvPicPr>
                    <pic:cNvPr id="0" name="b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0" cy="1645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172012</wp:posOffset>
            </wp:positionH>
            <wp:positionV relativeFrom="page">
              <wp:posOffset>991492</wp:posOffset>
            </wp:positionV>
            <wp:extent cx="10628700" cy="601980"/>
            <wp:effectExtent l="0" t="0" r="0" b="0"/>
            <wp:wrapNone/>
            <wp:docPr id="2" name="Text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62870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828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color w:val="FFE9A8"/>
                            <w:spacing w:val="216"/>
                            <w:sz w:val="72"/>
                          </w:rPr>
                          <w:t xml:space="preserve">[SCHOOL NAME] LIBRARY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1810994</wp:posOffset>
            </wp:positionV>
            <wp:extent cx="10972800" cy="3185159"/>
            <wp:effectExtent l="0" t="0" r="0" b="0"/>
            <wp:wrapNone/>
            <wp:docPr id="3" name="Text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3185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2448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b/>
                            <w:color w:val="FFFFFF"/>
                            <w:sz w:val="245"/>
                          </w:rPr>
                          <w:t xml:space="preserve">Open a Book,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b/>
                            <w:i/>
                            <w:color w:val="FFB347"/>
                            <w:sz w:val="245"/>
                          </w:rPr>
                          <w:t xml:space="preserve">Open a World.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  <w:r xmlns:a="http://schemas.openxmlformats.org/drawingml/2006/main" xmlns:pic="http://schemas.openxmlformats.org/drawingml/2006/picture"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13831145</wp:posOffset>
            </wp:positionV>
            <wp:extent cx="10972800" cy="1685544"/>
            <wp:effectExtent l="0" t="0" r="0" b="0"/>
            <wp:wrapNone/>
            <wp:docPr id="4" name="Text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972800" cy="1685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>
                        <w:pPr>
                          <w:spacing w:before="0" w:after="0" w:line="1267" w:lineRule="exact"/>
                          <w:jc w:val="center"/>
                        </w:pPr>
                        <w:r>
                          <w:rPr>
                            <w:rFonts w:ascii="Arial" w:hAnsi="Arial" w:cs="Arial"/>
                            <w:color w:val="FFFFFF"/>
                            <w:sz w:val="79"/>
                          </w:rPr>
                          <w:t xml:space="preserve">Reading Goal: [# Books] by [Date]</w:t>
                        </w:r>
                        <w:r>
                          <w:br/>
                        </w:r>
                        <w:r>
                          <w:rPr>
                            <w:rFonts w:ascii="Arial" w:hAnsi="Arial" w:cs="Arial"/>
                            <w:color w:val="FFFFFF"/>
                            <w:sz w:val="79"/>
                          </w:rPr>
                          <w:t xml:space="preserve">Library Hours: [Hours] · Room [Room #]</w:t>
                        </w:r>
                      </w:p>
                    </w:txbxContent>
                  </wps:txbx>
                  <wps:bodyPr rot="0" vert="horz" wrap="square" lIns="0" tIns="0" rIns="0" bIns="0" anchor="t">
                    <a:noAutofit/>
                  </wps:bodyPr>
                </wps:wsp>
              </a:graphicData>
            </a:graphic>
          </wp:anchor>
        </w:drawing>
      </w:r>
    </w:p>
    <w:sectPr w:rsidR="00FC693F" w:rsidRPr="0006063C" w:rsidSect="00034616">
      <w:pgSz w:w="17280" w:h="2592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