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 xmlns:a="http://schemas.openxmlformats.org/drawingml/2006/main" xmlns:pic="http://schemas.openxmlformats.org/drawingml/2006/picture">
        <w:drawing>
          <wp:anchor distT="0" distB="0" distL="0" distR="0" simplePos="0" relativeHeight="100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1945600" cy="32918400"/>
            <wp:effectExtent l="0" t="0" r="0" b="0"/>
            <wp:wrapNone/>
            <wp:docPr id="1" name="Background"/>
            <wp:cNvGraphicFramePr/>
            <a:graphic>
              <a:graphicData uri="http://schemas.openxmlformats.org/drawingml/2006/picture">
                <pic:pic>
                  <pic:nvPicPr>
                    <pic:cNvPr id="0" name="bg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945600" cy="3291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344025</wp:posOffset>
            </wp:positionH>
            <wp:positionV relativeFrom="page">
              <wp:posOffset>1982985</wp:posOffset>
            </wp:positionV>
            <wp:extent cx="21257400" cy="1203960"/>
            <wp:effectExtent l="0" t="0" r="0" b="0"/>
            <wp:wrapNone/>
            <wp:docPr id="2" name="Text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57400" cy="1203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1656" w:lineRule="exact"/>
                          <w:jc w:val="center"/>
                        </w:pPr>
                        <w:r>
                          <w:rPr>
                            <w:rFonts w:ascii="Arial" w:hAnsi="Arial" w:cs="Arial"/>
                            <w:color w:val="FFE9A8"/>
                            <w:spacing w:val="432"/>
                            <w:sz w:val="144"/>
                          </w:rPr>
                          <w:t xml:space="preserve">[SCHOOL NAME] LIBRARY</w:t>
                        </w:r>
                      </w:p>
                    </w:txbxContent>
                  </wps:txbx>
                  <wps:bodyPr rot="0" vert="horz" wrap="square" lIns="0" tIns="0" rIns="0" bIns="0" anchor="t">
                    <a:noAutofit/>
                  </wps:bodyPr>
                </wps:wsp>
              </a:graphicData>
            </a:graphic>
          </wp:anchor>
        </w:drawing>
      </w:r>
      <w:r xmlns:a="http://schemas.openxmlformats.org/drawingml/2006/main" xmlns:pic="http://schemas.openxmlformats.org/drawingml/2006/picture"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3621988</wp:posOffset>
            </wp:positionV>
            <wp:extent cx="21945600" cy="6370319"/>
            <wp:effectExtent l="0" t="0" r="0" b="0"/>
            <wp:wrapNone/>
            <wp:docPr id="3" name="Text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0" cy="6370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4896" w:lineRule="exact"/>
                          <w:jc w:val="center"/>
                        </w:pPr>
                        <w:r>
                          <w:rPr>
                            <w:rFonts w:ascii="Arial" w:hAnsi="Arial" w:cs="Arial"/>
                            <w:b/>
                            <w:color w:val="FFFFFF"/>
                            <w:sz w:val="490"/>
                          </w:rPr>
                          <w:t xml:space="preserve">Open a Book,</w:t>
                        </w:r>
                        <w:r>
                          <w:br/>
                        </w:r>
                        <w:r>
                          <w:rPr>
                            <w:rFonts w:ascii="Arial" w:hAnsi="Arial" w:cs="Arial"/>
                            <w:b/>
                            <w:i/>
                            <w:color w:val="FFB347"/>
                            <w:sz w:val="490"/>
                          </w:rPr>
                          <w:t xml:space="preserve">Open a World.</w:t>
                        </w:r>
                      </w:p>
                    </w:txbxContent>
                  </wps:txbx>
                  <wps:bodyPr rot="0" vert="horz" wrap="square" lIns="0" tIns="0" rIns="0" bIns="0" anchor="t">
                    <a:noAutofit/>
                  </wps:bodyPr>
                </wps:wsp>
              </a:graphicData>
            </a:graphic>
          </wp:anchor>
        </w:drawing>
      </w:r>
      <w:r xmlns:a="http://schemas.openxmlformats.org/drawingml/2006/main" xmlns:pic="http://schemas.openxmlformats.org/drawingml/2006/picture"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27662290</wp:posOffset>
            </wp:positionV>
            <wp:extent cx="21945600" cy="3371088"/>
            <wp:effectExtent l="0" t="0" r="0" b="0"/>
            <wp:wrapNone/>
            <wp:docPr id="4" name="Text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0" cy="33710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2534" w:lineRule="exact"/>
                          <w:jc w:val="center"/>
                        </w:pPr>
                        <w:r>
                          <w:rPr>
                            <w:rFonts w:ascii="Arial" w:hAnsi="Arial" w:cs="Arial"/>
                            <w:color w:val="FFFFFF"/>
                            <w:sz w:val="158"/>
                          </w:rPr>
                          <w:t xml:space="preserve">Reading Goal: [# Books] by [Date]</w:t>
                        </w:r>
                        <w:r>
                          <w:br/>
                        </w:r>
                        <w:r>
                          <w:rPr>
                            <w:rFonts w:ascii="Arial" w:hAnsi="Arial" w:cs="Arial"/>
                            <w:color w:val="FFFFFF"/>
                            <w:sz w:val="158"/>
                          </w:rPr>
                          <w:t xml:space="preserve">Library Hours: [Hours] · Room [Room #]</w:t>
                        </w:r>
                      </w:p>
                    </w:txbxContent>
                  </wps:txbx>
                  <wps:bodyPr rot="0" vert="horz" wrap="square" lIns="0" tIns="0" rIns="0" bIns="0" anchor="t">
                    <a:noAutofit/>
                  </wps:bodyPr>
                </wps:wsp>
              </a:graphicData>
            </a:graphic>
          </wp:anchor>
        </w:drawing>
      </w:r>
    </w:p>
    <w:sectPr w:rsidR="00FC693F" w:rsidRPr="0006063C" w:rsidSect="00034616">
      <w:pgSz w:w="34560" w:h="5184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