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 xmlns:a="http://schemas.openxmlformats.org/drawingml/2006/main" xmlns:pic="http://schemas.openxmlformats.org/drawingml/2006/picture">
        <w:drawing>
          <wp:anchor distT="0" distB="0" distL="0" distR="0" simplePos="0" relativeHeight="10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972800" cy="16459200"/>
            <wp:effectExtent l="0" t="0" r="0" b="0"/>
            <wp:wrapNone/>
            <wp:docPr id="1" name="Background"/>
            <wp:cNvGraphicFramePr/>
            <a:graphic>
              <a:graphicData uri="http://schemas.openxmlformats.org/drawingml/2006/picture">
                <pic:pic>
                  <pic:nvPicPr>
                    <pic:cNvPr id="0" name="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645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5700712</wp:posOffset>
            </wp:positionV>
            <wp:extent cx="10972800" cy="654558"/>
            <wp:effectExtent l="0" t="0" r="0" b="0"/>
            <wp:wrapNone/>
            <wp:docPr id="2" name="Text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65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910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22D3EE"/>
                            <w:spacing w:val="252"/>
                            <w:sz w:val="79"/>
                          </w:rPr>
                          <w:t xml:space="preserve">[SCHOOL NAME] PRESENTS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547002</wp:posOffset>
            </wp:positionH>
            <wp:positionV relativeFrom="page">
              <wp:posOffset>6523291</wp:posOffset>
            </wp:positionV>
            <wp:extent cx="9878794" cy="2855975"/>
            <wp:effectExtent l="0" t="0" r="0" b="0"/>
            <wp:wrapNone/>
            <wp:docPr id="3" name="Text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8794" cy="28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188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30"/>
                          </w:rPr>
                          <w:t xml:space="preserve">SCIENCE &amp;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b/>
                            <w:color w:val="A3E635"/>
                            <w:sz w:val="230"/>
                          </w:rPr>
                          <w:t xml:space="preserve">STEM FAIR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3301939</wp:posOffset>
            </wp:positionH>
            <wp:positionV relativeFrom="page">
              <wp:posOffset>10004300</wp:posOffset>
            </wp:positionV>
            <wp:extent cx="2267988" cy="549402"/>
            <wp:effectExtent l="0" t="0" r="0" b="0"/>
            <wp:wrapNone/>
            <wp:docPr id="4" name="Text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988" cy="54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745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65"/>
                          </w:rPr>
                          <w:t xml:space="preserve">SCIENCE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6140871</wp:posOffset>
            </wp:positionH>
            <wp:positionV relativeFrom="page">
              <wp:posOffset>10004300</wp:posOffset>
            </wp:positionV>
            <wp:extent cx="1501006" cy="549402"/>
            <wp:effectExtent l="0" t="0" r="0" b="0"/>
            <wp:wrapNone/>
            <wp:docPr id="5" name="Text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1006" cy="54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745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65"/>
                          </w:rPr>
                          <w:t xml:space="preserve">TECH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2631126</wp:posOffset>
            </wp:positionH>
            <wp:positionV relativeFrom="page">
              <wp:posOffset>10999514</wp:posOffset>
            </wp:positionV>
            <wp:extent cx="3571812" cy="549402"/>
            <wp:effectExtent l="0" t="0" r="0" b="0"/>
            <wp:wrapNone/>
            <wp:docPr id="6" name="Text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71812" cy="54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745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65"/>
                          </w:rPr>
                          <w:t xml:space="preserve">ENGINEERING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6647705</wp:posOffset>
            </wp:positionH>
            <wp:positionV relativeFrom="page">
              <wp:posOffset>10999514</wp:posOffset>
            </wp:positionV>
            <wp:extent cx="1538808" cy="549402"/>
            <wp:effectExtent l="0" t="0" r="0" b="0"/>
            <wp:wrapNone/>
            <wp:docPr id="7" name="Text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8808" cy="54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745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65"/>
                          </w:rPr>
                          <w:t xml:space="preserve">MATH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13979009</wp:posOffset>
            </wp:positionV>
            <wp:extent cx="10972800" cy="1630680"/>
            <wp:effectExtent l="0" t="0" r="0" b="0"/>
            <wp:wrapNone/>
            <wp:docPr id="8" name="Text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224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FFFFFF"/>
                            <w:sz w:val="72"/>
                          </w:rPr>
                          <w:t xml:space="preserve">[Date] · [Time] · [Location / Room #]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FFFFFF"/>
                            <w:sz w:val="72"/>
                          </w:rPr>
                          <w:t xml:space="preserve">Projects due [Due Date] · Ask [Contact Name]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17280" w:h="2592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