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 xmlns:a="http://schemas.openxmlformats.org/drawingml/2006/main" xmlns:pic="http://schemas.openxmlformats.org/drawingml/2006/picture">
        <w:drawing>
          <wp:anchor distT="0" distB="0" distL="0" distR="0" simplePos="0" relativeHeight="10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1945600" cy="32918400"/>
            <wp:effectExtent l="0" t="0" r="0" b="0"/>
            <wp:wrapNone/>
            <wp:docPr id="1" name="Background"/>
            <wp:cNvGraphicFramePr/>
            <a:graphic>
              <a:graphicData uri="http://schemas.openxmlformats.org/drawingml/2006/picture">
                <pic:pic>
                  <pic:nvPicPr>
                    <pic:cNvPr id="0" name="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0" cy="3291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11401425</wp:posOffset>
            </wp:positionV>
            <wp:extent cx="21945600" cy="1309116"/>
            <wp:effectExtent l="0" t="0" r="0" b="0"/>
            <wp:wrapNone/>
            <wp:docPr id="2" name="Text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0" cy="130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821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22D3EE"/>
                            <w:spacing w:val="504"/>
                            <w:sz w:val="158"/>
                          </w:rPr>
                          <w:t xml:space="preserve">[SCHOOL NAME] PRESENTS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1094005</wp:posOffset>
            </wp:positionH>
            <wp:positionV relativeFrom="page">
              <wp:posOffset>13046583</wp:posOffset>
            </wp:positionV>
            <wp:extent cx="19757588" cy="5711951"/>
            <wp:effectExtent l="0" t="0" r="0" b="0"/>
            <wp:wrapNone/>
            <wp:docPr id="3" name="Text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7588" cy="5711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4377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461"/>
                          </w:rPr>
                          <w:t xml:space="preserve">SCIENCE &amp;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b/>
                            <w:color w:val="A3E635"/>
                            <w:sz w:val="461"/>
                          </w:rPr>
                          <w:t xml:space="preserve">STEM FAIR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6603878</wp:posOffset>
            </wp:positionH>
            <wp:positionV relativeFrom="page">
              <wp:posOffset>20008601</wp:posOffset>
            </wp:positionV>
            <wp:extent cx="4535977" cy="1098804"/>
            <wp:effectExtent l="0" t="0" r="0" b="0"/>
            <wp:wrapNone/>
            <wp:docPr id="4" name="Text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35977" cy="1098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490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130"/>
                          </w:rPr>
                          <w:t xml:space="preserve">SCIENCE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12281743</wp:posOffset>
            </wp:positionH>
            <wp:positionV relativeFrom="page">
              <wp:posOffset>20008601</wp:posOffset>
            </wp:positionV>
            <wp:extent cx="3002012" cy="1098804"/>
            <wp:effectExtent l="0" t="0" r="0" b="0"/>
            <wp:wrapNone/>
            <wp:docPr id="5" name="Text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02012" cy="1098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490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130"/>
                          </w:rPr>
                          <w:t xml:space="preserve">TECH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5262252</wp:posOffset>
            </wp:positionH>
            <wp:positionV relativeFrom="page">
              <wp:posOffset>21999029</wp:posOffset>
            </wp:positionV>
            <wp:extent cx="7143624" cy="1098804"/>
            <wp:effectExtent l="0" t="0" r="0" b="0"/>
            <wp:wrapNone/>
            <wp:docPr id="6" name="Text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624" cy="1098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490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130"/>
                          </w:rPr>
                          <w:t xml:space="preserve">ENGINEERING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13295411</wp:posOffset>
            </wp:positionH>
            <wp:positionV relativeFrom="page">
              <wp:posOffset>21999029</wp:posOffset>
            </wp:positionV>
            <wp:extent cx="3077616" cy="1098804"/>
            <wp:effectExtent l="0" t="0" r="0" b="0"/>
            <wp:wrapNone/>
            <wp:docPr id="7" name="Text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77616" cy="1098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490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130"/>
                          </w:rPr>
                          <w:t xml:space="preserve">MATH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27958018</wp:posOffset>
            </wp:positionV>
            <wp:extent cx="21945600" cy="3261360"/>
            <wp:effectExtent l="0" t="0" r="0" b="0"/>
            <wp:wrapNone/>
            <wp:docPr id="8" name="Text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48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44"/>
                          </w:rPr>
                          <w:t xml:space="preserve">[Date] · [Time] · [Location / Room #]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color w:val="FFFFFF"/>
                            <w:sz w:val="144"/>
                          </w:rPr>
                          <w:t xml:space="preserve">Projects due [Due Date] · Ask [Contact Name]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</w:p>
    <w:sectPr w:rsidR="00FC693F" w:rsidRPr="0006063C" w:rsidSect="00034616">
      <w:pgSz w:w="34560" w:h="51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